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4EDA3" w14:textId="77777777" w:rsidR="005E2407" w:rsidRDefault="00000000">
      <w:pPr>
        <w:jc w:val="center"/>
      </w:pPr>
      <w:r>
        <w:rPr>
          <w:b/>
          <w:sz w:val="22"/>
        </w:rPr>
        <w:t>A N M E L D U N G</w:t>
      </w:r>
    </w:p>
    <w:p w14:paraId="33DD477A" w14:textId="77777777" w:rsidR="005E2407" w:rsidRDefault="00000000">
      <w:pPr>
        <w:spacing w:after="100"/>
      </w:pPr>
      <w:r>
        <w:t>Vielen Dank, dass Sie sich an mich wenden. Bitte füllen Sie das Anmeldeformular aus und senden Sie es an mich.</w:t>
      </w:r>
    </w:p>
    <w:tbl>
      <w:tblPr>
        <w:tblW w:w="10772" w:type="dxa"/>
        <w:tblBorders>
          <w:top w:val="nil"/>
          <w:left w:val="nil"/>
          <w:bottom w:val="nil"/>
          <w:right w:val="nil"/>
          <w:insideH w:val="nil"/>
          <w:insideV w:val="nil"/>
        </w:tblBorders>
        <w:tblLayout w:type="fixed"/>
        <w:tblLook w:val="04A0" w:firstRow="1" w:lastRow="0" w:firstColumn="1" w:lastColumn="0" w:noHBand="0" w:noVBand="1"/>
      </w:tblPr>
      <w:tblGrid>
        <w:gridCol w:w="2835"/>
        <w:gridCol w:w="7937"/>
      </w:tblGrid>
      <w:tr w:rsidR="005E2407" w14:paraId="64616B18" w14:textId="77777777" w:rsidTr="00C84260">
        <w:tc>
          <w:tcPr>
            <w:tcW w:w="2835" w:type="dxa"/>
            <w:vAlign w:val="center"/>
          </w:tcPr>
          <w:p w14:paraId="24C9A1BB" w14:textId="77777777" w:rsidR="005E2407" w:rsidRDefault="00000000">
            <w:r>
              <w:t xml:space="preserve">Name, </w:t>
            </w:r>
            <w:proofErr w:type="spellStart"/>
            <w:r>
              <w:t>Vorname</w:t>
            </w:r>
            <w:proofErr w:type="spellEnd"/>
          </w:p>
        </w:tc>
        <w:tc>
          <w:tcPr>
            <w:tcW w:w="7937" w:type="dxa"/>
            <w:tcBorders>
              <w:bottom w:val="single" w:sz="6" w:space="0" w:color="auto"/>
            </w:tcBorders>
            <w:vAlign w:val="center"/>
          </w:tcPr>
          <w:p w14:paraId="664E495D" w14:textId="77777777" w:rsidR="005E2407" w:rsidRDefault="00000000">
            <w:pPr>
              <w:tabs>
                <w:tab w:val="left" w:pos="0"/>
              </w:tabs>
              <w:spacing w:after="40"/>
            </w:pPr>
            <w:r>
              <w:t xml:space="preserve"> </w:t>
            </w:r>
          </w:p>
        </w:tc>
      </w:tr>
      <w:tr w:rsidR="005E2407" w14:paraId="04A7D1C8" w14:textId="77777777" w:rsidTr="00C84260">
        <w:tc>
          <w:tcPr>
            <w:tcW w:w="2835" w:type="dxa"/>
            <w:vAlign w:val="center"/>
          </w:tcPr>
          <w:p w14:paraId="085670A8" w14:textId="77777777" w:rsidR="005E2407" w:rsidRDefault="00000000">
            <w:r>
              <w:t>Geb. am</w:t>
            </w:r>
          </w:p>
        </w:tc>
        <w:tc>
          <w:tcPr>
            <w:tcW w:w="7937" w:type="dxa"/>
            <w:tcBorders>
              <w:bottom w:val="single" w:sz="6" w:space="0" w:color="auto"/>
            </w:tcBorders>
            <w:vAlign w:val="center"/>
          </w:tcPr>
          <w:p w14:paraId="772C96F3" w14:textId="77777777" w:rsidR="005E2407" w:rsidRDefault="00000000">
            <w:pPr>
              <w:tabs>
                <w:tab w:val="left" w:pos="0"/>
              </w:tabs>
              <w:spacing w:after="40"/>
            </w:pPr>
            <w:r>
              <w:t xml:space="preserve"> </w:t>
            </w:r>
          </w:p>
        </w:tc>
      </w:tr>
      <w:tr w:rsidR="005E2407" w14:paraId="1522F091" w14:textId="77777777" w:rsidTr="00C84260">
        <w:tc>
          <w:tcPr>
            <w:tcW w:w="2835" w:type="dxa"/>
            <w:vAlign w:val="center"/>
          </w:tcPr>
          <w:p w14:paraId="35278F8B" w14:textId="77777777" w:rsidR="005E2407" w:rsidRDefault="00000000">
            <w:r>
              <w:t>Adresse</w:t>
            </w:r>
          </w:p>
        </w:tc>
        <w:tc>
          <w:tcPr>
            <w:tcW w:w="7937" w:type="dxa"/>
            <w:tcBorders>
              <w:bottom w:val="single" w:sz="6" w:space="0" w:color="auto"/>
            </w:tcBorders>
            <w:vAlign w:val="center"/>
          </w:tcPr>
          <w:p w14:paraId="49BA8F94" w14:textId="77777777" w:rsidR="005E2407" w:rsidRDefault="00000000">
            <w:pPr>
              <w:tabs>
                <w:tab w:val="left" w:pos="0"/>
              </w:tabs>
              <w:spacing w:after="40"/>
            </w:pPr>
            <w:r>
              <w:t xml:space="preserve"> </w:t>
            </w:r>
          </w:p>
        </w:tc>
      </w:tr>
      <w:tr w:rsidR="005E2407" w14:paraId="2B743D89" w14:textId="77777777" w:rsidTr="00C84260">
        <w:tc>
          <w:tcPr>
            <w:tcW w:w="2835" w:type="dxa"/>
            <w:vAlign w:val="center"/>
          </w:tcPr>
          <w:p w14:paraId="7873AF4F" w14:textId="77777777" w:rsidR="005E2407" w:rsidRDefault="00000000">
            <w:r>
              <w:t>Telefon</w:t>
            </w:r>
          </w:p>
        </w:tc>
        <w:tc>
          <w:tcPr>
            <w:tcW w:w="7937" w:type="dxa"/>
            <w:tcBorders>
              <w:bottom w:val="single" w:sz="6" w:space="0" w:color="auto"/>
            </w:tcBorders>
            <w:vAlign w:val="center"/>
          </w:tcPr>
          <w:p w14:paraId="0919523A" w14:textId="77777777" w:rsidR="005E2407" w:rsidRDefault="00000000">
            <w:pPr>
              <w:tabs>
                <w:tab w:val="left" w:pos="0"/>
              </w:tabs>
              <w:spacing w:after="40"/>
            </w:pPr>
            <w:r>
              <w:t xml:space="preserve"> </w:t>
            </w:r>
          </w:p>
        </w:tc>
      </w:tr>
      <w:tr w:rsidR="005E2407" w14:paraId="74D22CE3" w14:textId="77777777" w:rsidTr="00C84260">
        <w:tc>
          <w:tcPr>
            <w:tcW w:w="2835" w:type="dxa"/>
            <w:vAlign w:val="center"/>
          </w:tcPr>
          <w:p w14:paraId="256968AB" w14:textId="77777777" w:rsidR="005E2407" w:rsidRDefault="00000000">
            <w:r>
              <w:t>E-Mail</w:t>
            </w:r>
          </w:p>
        </w:tc>
        <w:tc>
          <w:tcPr>
            <w:tcW w:w="7937" w:type="dxa"/>
            <w:tcBorders>
              <w:bottom w:val="single" w:sz="6" w:space="0" w:color="auto"/>
            </w:tcBorders>
            <w:vAlign w:val="center"/>
          </w:tcPr>
          <w:p w14:paraId="57E12EED" w14:textId="77777777" w:rsidR="005E2407" w:rsidRDefault="00000000">
            <w:pPr>
              <w:tabs>
                <w:tab w:val="left" w:pos="0"/>
              </w:tabs>
              <w:spacing w:after="40"/>
            </w:pPr>
            <w:r>
              <w:t xml:space="preserve"> </w:t>
            </w:r>
          </w:p>
        </w:tc>
      </w:tr>
      <w:tr w:rsidR="005E2407" w14:paraId="36F252AE" w14:textId="77777777" w:rsidTr="00C84260">
        <w:tc>
          <w:tcPr>
            <w:tcW w:w="2835" w:type="dxa"/>
            <w:vAlign w:val="center"/>
          </w:tcPr>
          <w:p w14:paraId="3E10E4CB" w14:textId="77777777" w:rsidR="005E2407" w:rsidRDefault="00000000">
            <w:r>
              <w:t>Kindergarten / Schule (Klasse?)</w:t>
            </w:r>
          </w:p>
        </w:tc>
        <w:tc>
          <w:tcPr>
            <w:tcW w:w="7937" w:type="dxa"/>
            <w:tcBorders>
              <w:bottom w:val="single" w:sz="6" w:space="0" w:color="auto"/>
            </w:tcBorders>
            <w:vAlign w:val="center"/>
          </w:tcPr>
          <w:p w14:paraId="292621FB" w14:textId="77777777" w:rsidR="005E2407" w:rsidRDefault="00000000">
            <w:pPr>
              <w:tabs>
                <w:tab w:val="left" w:pos="0"/>
              </w:tabs>
              <w:spacing w:after="40"/>
            </w:pPr>
            <w:r>
              <w:t xml:space="preserve"> </w:t>
            </w:r>
          </w:p>
        </w:tc>
      </w:tr>
      <w:tr w:rsidR="005E2407" w14:paraId="00D8C57E" w14:textId="77777777" w:rsidTr="00C84260">
        <w:tc>
          <w:tcPr>
            <w:tcW w:w="2835" w:type="dxa"/>
            <w:vAlign w:val="center"/>
          </w:tcPr>
          <w:p w14:paraId="095AB568" w14:textId="14E7783B" w:rsidR="005E2407" w:rsidRDefault="005E2407"/>
        </w:tc>
        <w:tc>
          <w:tcPr>
            <w:tcW w:w="7937" w:type="dxa"/>
            <w:tcBorders>
              <w:bottom w:val="single" w:sz="6" w:space="0" w:color="auto"/>
            </w:tcBorders>
            <w:vAlign w:val="center"/>
          </w:tcPr>
          <w:p w14:paraId="77EE023D" w14:textId="4CA945CC" w:rsidR="005E2407" w:rsidRDefault="005E2407">
            <w:pPr>
              <w:tabs>
                <w:tab w:val="left" w:pos="0"/>
              </w:tabs>
              <w:spacing w:after="40"/>
            </w:pPr>
          </w:p>
        </w:tc>
      </w:tr>
    </w:tbl>
    <w:p w14:paraId="4E18D4AB" w14:textId="77777777" w:rsidR="00531359" w:rsidRDefault="00531359">
      <w:pPr>
        <w:jc w:val="center"/>
        <w:rPr>
          <w:b/>
          <w:sz w:val="22"/>
        </w:rPr>
      </w:pPr>
    </w:p>
    <w:p w14:paraId="171D1279" w14:textId="7E70F2A0" w:rsidR="005E2407" w:rsidRDefault="00000000">
      <w:pPr>
        <w:jc w:val="center"/>
      </w:pPr>
      <w:r>
        <w:rPr>
          <w:b/>
          <w:sz w:val="22"/>
        </w:rPr>
        <w:t>Mutter</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835"/>
        <w:gridCol w:w="7937"/>
      </w:tblGrid>
      <w:tr w:rsidR="005E2407" w14:paraId="31678182" w14:textId="77777777">
        <w:tc>
          <w:tcPr>
            <w:tcW w:w="2835" w:type="dxa"/>
            <w:vAlign w:val="center"/>
          </w:tcPr>
          <w:p w14:paraId="515A5910" w14:textId="77777777" w:rsidR="005E2407" w:rsidRDefault="00000000">
            <w:r>
              <w:t>Name, Vorname</w:t>
            </w:r>
          </w:p>
        </w:tc>
        <w:tc>
          <w:tcPr>
            <w:tcW w:w="7937" w:type="dxa"/>
            <w:tcBorders>
              <w:bottom w:val="single" w:sz="6" w:space="0" w:color="auto"/>
            </w:tcBorders>
            <w:vAlign w:val="center"/>
          </w:tcPr>
          <w:p w14:paraId="1217AD7E" w14:textId="77777777" w:rsidR="005E2407" w:rsidRDefault="00000000">
            <w:pPr>
              <w:tabs>
                <w:tab w:val="left" w:pos="0"/>
              </w:tabs>
              <w:spacing w:after="40"/>
            </w:pPr>
            <w:r>
              <w:t xml:space="preserve"> </w:t>
            </w:r>
          </w:p>
        </w:tc>
      </w:tr>
      <w:tr w:rsidR="005E2407" w14:paraId="49B0E71C" w14:textId="77777777">
        <w:tc>
          <w:tcPr>
            <w:tcW w:w="2835" w:type="dxa"/>
            <w:vAlign w:val="center"/>
          </w:tcPr>
          <w:p w14:paraId="6AE01DAF" w14:textId="77777777" w:rsidR="005E2407" w:rsidRDefault="00000000">
            <w:r>
              <w:t>Geb. am</w:t>
            </w:r>
          </w:p>
        </w:tc>
        <w:tc>
          <w:tcPr>
            <w:tcW w:w="7937" w:type="dxa"/>
            <w:tcBorders>
              <w:bottom w:val="single" w:sz="6" w:space="0" w:color="auto"/>
            </w:tcBorders>
            <w:vAlign w:val="center"/>
          </w:tcPr>
          <w:p w14:paraId="32DFAB07" w14:textId="77777777" w:rsidR="005E2407" w:rsidRDefault="00000000">
            <w:pPr>
              <w:tabs>
                <w:tab w:val="left" w:pos="0"/>
              </w:tabs>
              <w:spacing w:after="40"/>
            </w:pPr>
            <w:r>
              <w:t xml:space="preserve"> </w:t>
            </w:r>
          </w:p>
        </w:tc>
      </w:tr>
      <w:tr w:rsidR="005E2407" w14:paraId="662E5498" w14:textId="77777777">
        <w:tc>
          <w:tcPr>
            <w:tcW w:w="2835" w:type="dxa"/>
            <w:vAlign w:val="center"/>
          </w:tcPr>
          <w:p w14:paraId="229F0686" w14:textId="77777777" w:rsidR="005E2407" w:rsidRDefault="00000000">
            <w:r>
              <w:t>Familienstand</w:t>
            </w:r>
          </w:p>
        </w:tc>
        <w:tc>
          <w:tcPr>
            <w:tcW w:w="7937" w:type="dxa"/>
            <w:tcBorders>
              <w:bottom w:val="single" w:sz="6" w:space="0" w:color="auto"/>
            </w:tcBorders>
            <w:vAlign w:val="center"/>
          </w:tcPr>
          <w:p w14:paraId="49CA04FE" w14:textId="77777777" w:rsidR="005E2407" w:rsidRDefault="00000000">
            <w:pPr>
              <w:tabs>
                <w:tab w:val="left" w:pos="0"/>
              </w:tabs>
              <w:spacing w:after="40"/>
            </w:pPr>
            <w:r>
              <w:t xml:space="preserve"> </w:t>
            </w:r>
          </w:p>
        </w:tc>
      </w:tr>
      <w:tr w:rsidR="005E2407" w14:paraId="59A6F06A" w14:textId="77777777">
        <w:tc>
          <w:tcPr>
            <w:tcW w:w="2835" w:type="dxa"/>
            <w:vAlign w:val="center"/>
          </w:tcPr>
          <w:p w14:paraId="1A7040A2" w14:textId="77777777" w:rsidR="005E2407" w:rsidRDefault="00000000">
            <w:r>
              <w:t>Beruf</w:t>
            </w:r>
          </w:p>
        </w:tc>
        <w:tc>
          <w:tcPr>
            <w:tcW w:w="7937" w:type="dxa"/>
            <w:tcBorders>
              <w:bottom w:val="single" w:sz="6" w:space="0" w:color="auto"/>
            </w:tcBorders>
            <w:vAlign w:val="center"/>
          </w:tcPr>
          <w:p w14:paraId="5F6C5287" w14:textId="77777777" w:rsidR="005E2407" w:rsidRDefault="00000000">
            <w:pPr>
              <w:tabs>
                <w:tab w:val="left" w:pos="0"/>
              </w:tabs>
              <w:spacing w:after="40"/>
            </w:pPr>
            <w:r>
              <w:t xml:space="preserve"> </w:t>
            </w:r>
          </w:p>
        </w:tc>
      </w:tr>
    </w:tbl>
    <w:p w14:paraId="7F27236B" w14:textId="77777777" w:rsidR="00531359" w:rsidRDefault="00531359">
      <w:pPr>
        <w:jc w:val="center"/>
        <w:rPr>
          <w:b/>
          <w:sz w:val="22"/>
        </w:rPr>
      </w:pPr>
    </w:p>
    <w:p w14:paraId="7461F782" w14:textId="29A3775E" w:rsidR="005E2407" w:rsidRDefault="00000000">
      <w:pPr>
        <w:jc w:val="center"/>
      </w:pPr>
      <w:r>
        <w:rPr>
          <w:b/>
          <w:sz w:val="22"/>
        </w:rPr>
        <w:t>Vater</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835"/>
        <w:gridCol w:w="7937"/>
      </w:tblGrid>
      <w:tr w:rsidR="005E2407" w14:paraId="0184EF80" w14:textId="77777777">
        <w:tc>
          <w:tcPr>
            <w:tcW w:w="2835" w:type="dxa"/>
            <w:vAlign w:val="center"/>
          </w:tcPr>
          <w:p w14:paraId="6D6130BB" w14:textId="77777777" w:rsidR="005E2407" w:rsidRDefault="00000000">
            <w:r>
              <w:t>Name, Vorname</w:t>
            </w:r>
          </w:p>
        </w:tc>
        <w:tc>
          <w:tcPr>
            <w:tcW w:w="7937" w:type="dxa"/>
            <w:tcBorders>
              <w:bottom w:val="single" w:sz="6" w:space="0" w:color="auto"/>
            </w:tcBorders>
            <w:vAlign w:val="center"/>
          </w:tcPr>
          <w:p w14:paraId="44977589" w14:textId="77777777" w:rsidR="005E2407" w:rsidRDefault="00000000">
            <w:pPr>
              <w:tabs>
                <w:tab w:val="left" w:pos="0"/>
              </w:tabs>
              <w:spacing w:after="40"/>
            </w:pPr>
            <w:r>
              <w:t xml:space="preserve"> </w:t>
            </w:r>
          </w:p>
        </w:tc>
      </w:tr>
      <w:tr w:rsidR="005E2407" w14:paraId="7CA976FC" w14:textId="77777777">
        <w:tc>
          <w:tcPr>
            <w:tcW w:w="2835" w:type="dxa"/>
            <w:vAlign w:val="center"/>
          </w:tcPr>
          <w:p w14:paraId="63E4B619" w14:textId="77777777" w:rsidR="005E2407" w:rsidRDefault="00000000">
            <w:r>
              <w:t>Geb. am</w:t>
            </w:r>
          </w:p>
        </w:tc>
        <w:tc>
          <w:tcPr>
            <w:tcW w:w="7937" w:type="dxa"/>
            <w:tcBorders>
              <w:bottom w:val="single" w:sz="6" w:space="0" w:color="auto"/>
            </w:tcBorders>
            <w:vAlign w:val="center"/>
          </w:tcPr>
          <w:p w14:paraId="582ACA8D" w14:textId="77777777" w:rsidR="005E2407" w:rsidRDefault="00000000">
            <w:pPr>
              <w:tabs>
                <w:tab w:val="left" w:pos="0"/>
              </w:tabs>
              <w:spacing w:after="40"/>
            </w:pPr>
            <w:r>
              <w:t xml:space="preserve"> </w:t>
            </w:r>
          </w:p>
        </w:tc>
      </w:tr>
      <w:tr w:rsidR="005E2407" w14:paraId="7F84F311" w14:textId="77777777">
        <w:tc>
          <w:tcPr>
            <w:tcW w:w="2835" w:type="dxa"/>
            <w:vAlign w:val="center"/>
          </w:tcPr>
          <w:p w14:paraId="0C4693BE" w14:textId="77777777" w:rsidR="005E2407" w:rsidRDefault="00000000">
            <w:r>
              <w:t>Familienstand</w:t>
            </w:r>
          </w:p>
        </w:tc>
        <w:tc>
          <w:tcPr>
            <w:tcW w:w="7937" w:type="dxa"/>
            <w:tcBorders>
              <w:bottom w:val="single" w:sz="6" w:space="0" w:color="auto"/>
            </w:tcBorders>
            <w:vAlign w:val="center"/>
          </w:tcPr>
          <w:p w14:paraId="0A9E8C9C" w14:textId="77777777" w:rsidR="005E2407" w:rsidRDefault="00000000">
            <w:pPr>
              <w:tabs>
                <w:tab w:val="left" w:pos="0"/>
              </w:tabs>
              <w:spacing w:after="40"/>
            </w:pPr>
            <w:r>
              <w:t xml:space="preserve"> </w:t>
            </w:r>
          </w:p>
        </w:tc>
      </w:tr>
      <w:tr w:rsidR="005E2407" w14:paraId="6758B41E" w14:textId="77777777">
        <w:tc>
          <w:tcPr>
            <w:tcW w:w="2835" w:type="dxa"/>
            <w:vAlign w:val="center"/>
          </w:tcPr>
          <w:p w14:paraId="2A6DCE6F" w14:textId="77777777" w:rsidR="005E2407" w:rsidRDefault="00000000">
            <w:r>
              <w:t>Beruf</w:t>
            </w:r>
          </w:p>
        </w:tc>
        <w:tc>
          <w:tcPr>
            <w:tcW w:w="7937" w:type="dxa"/>
            <w:tcBorders>
              <w:bottom w:val="single" w:sz="6" w:space="0" w:color="auto"/>
            </w:tcBorders>
            <w:vAlign w:val="center"/>
          </w:tcPr>
          <w:p w14:paraId="51954A85" w14:textId="77777777" w:rsidR="005E2407" w:rsidRDefault="00000000">
            <w:pPr>
              <w:tabs>
                <w:tab w:val="left" w:pos="0"/>
              </w:tabs>
              <w:spacing w:after="40"/>
            </w:pPr>
            <w:r>
              <w:t xml:space="preserve"> </w:t>
            </w:r>
          </w:p>
        </w:tc>
      </w:tr>
    </w:tbl>
    <w:p w14:paraId="184D4FA4" w14:textId="77777777" w:rsidR="00531359" w:rsidRDefault="00531359">
      <w:pPr>
        <w:jc w:val="center"/>
        <w:rPr>
          <w:b/>
          <w:sz w:val="22"/>
        </w:rPr>
      </w:pPr>
    </w:p>
    <w:p w14:paraId="5102E101" w14:textId="1B86AAA5" w:rsidR="005E2407" w:rsidRDefault="00000000">
      <w:pPr>
        <w:jc w:val="center"/>
      </w:pPr>
      <w:proofErr w:type="spellStart"/>
      <w:r>
        <w:rPr>
          <w:b/>
          <w:sz w:val="22"/>
        </w:rPr>
        <w:t>Geschwister</w:t>
      </w:r>
      <w:proofErr w:type="spellEnd"/>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835"/>
        <w:gridCol w:w="7937"/>
      </w:tblGrid>
      <w:tr w:rsidR="005E2407" w14:paraId="36BD3582" w14:textId="77777777">
        <w:tc>
          <w:tcPr>
            <w:tcW w:w="2835" w:type="dxa"/>
            <w:vAlign w:val="center"/>
          </w:tcPr>
          <w:p w14:paraId="767EB1BC" w14:textId="77777777" w:rsidR="005E2407" w:rsidRDefault="00000000">
            <w:r>
              <w:t>Name, Vorname, geb. am</w:t>
            </w:r>
          </w:p>
        </w:tc>
        <w:tc>
          <w:tcPr>
            <w:tcW w:w="7937" w:type="dxa"/>
            <w:tcBorders>
              <w:bottom w:val="single" w:sz="6" w:space="0" w:color="auto"/>
            </w:tcBorders>
            <w:vAlign w:val="center"/>
          </w:tcPr>
          <w:p w14:paraId="75757959" w14:textId="77777777" w:rsidR="005E2407" w:rsidRDefault="00000000">
            <w:pPr>
              <w:tabs>
                <w:tab w:val="left" w:pos="0"/>
              </w:tabs>
              <w:spacing w:after="40"/>
            </w:pPr>
            <w:r>
              <w:t xml:space="preserve"> </w:t>
            </w:r>
          </w:p>
        </w:tc>
      </w:tr>
      <w:tr w:rsidR="005E2407" w14:paraId="1D700B8E" w14:textId="77777777">
        <w:tc>
          <w:tcPr>
            <w:tcW w:w="2835" w:type="dxa"/>
            <w:vAlign w:val="center"/>
          </w:tcPr>
          <w:p w14:paraId="13BA7E8B" w14:textId="77777777" w:rsidR="005E2407" w:rsidRDefault="00000000">
            <w:r>
              <w:t>Stief-, Adoptiv-, Pflegefamilie?</w:t>
            </w:r>
          </w:p>
        </w:tc>
        <w:tc>
          <w:tcPr>
            <w:tcW w:w="7937" w:type="dxa"/>
            <w:tcBorders>
              <w:bottom w:val="single" w:sz="6" w:space="0" w:color="auto"/>
            </w:tcBorders>
            <w:vAlign w:val="center"/>
          </w:tcPr>
          <w:p w14:paraId="74954474" w14:textId="77777777" w:rsidR="005E2407" w:rsidRDefault="00000000">
            <w:pPr>
              <w:tabs>
                <w:tab w:val="left" w:pos="0"/>
              </w:tabs>
              <w:spacing w:after="40"/>
            </w:pPr>
            <w:r>
              <w:t xml:space="preserve"> </w:t>
            </w:r>
          </w:p>
        </w:tc>
      </w:tr>
      <w:tr w:rsidR="005E2407" w14:paraId="18B3B82A" w14:textId="77777777">
        <w:tc>
          <w:tcPr>
            <w:tcW w:w="2835" w:type="dxa"/>
            <w:vAlign w:val="center"/>
          </w:tcPr>
          <w:p w14:paraId="6E781256" w14:textId="77777777" w:rsidR="005E2407" w:rsidRDefault="00000000">
            <w:r>
              <w:t>Alleinerziehend, seit wann?</w:t>
            </w:r>
          </w:p>
        </w:tc>
        <w:tc>
          <w:tcPr>
            <w:tcW w:w="7937" w:type="dxa"/>
            <w:tcBorders>
              <w:bottom w:val="single" w:sz="6" w:space="0" w:color="auto"/>
            </w:tcBorders>
            <w:vAlign w:val="center"/>
          </w:tcPr>
          <w:p w14:paraId="0F645F96" w14:textId="77777777" w:rsidR="005E2407" w:rsidRDefault="00000000">
            <w:pPr>
              <w:tabs>
                <w:tab w:val="left" w:pos="0"/>
              </w:tabs>
              <w:spacing w:after="40"/>
            </w:pPr>
            <w:r>
              <w:t xml:space="preserve"> </w:t>
            </w:r>
          </w:p>
        </w:tc>
      </w:tr>
      <w:tr w:rsidR="005E2407" w14:paraId="6CF783E8" w14:textId="77777777">
        <w:tc>
          <w:tcPr>
            <w:tcW w:w="2835" w:type="dxa"/>
            <w:vAlign w:val="center"/>
          </w:tcPr>
          <w:p w14:paraId="41ACDF5A" w14:textId="77777777" w:rsidR="005E2407" w:rsidRDefault="00000000">
            <w:r w:rsidRPr="00C84260">
              <w:rPr>
                <w:b/>
                <w:bCs/>
              </w:rPr>
              <w:t>Wer hat das Sorgerecht?</w:t>
            </w:r>
          </w:p>
        </w:tc>
        <w:tc>
          <w:tcPr>
            <w:tcW w:w="7937" w:type="dxa"/>
            <w:tcBorders>
              <w:bottom w:val="single" w:sz="6" w:space="0" w:color="auto"/>
            </w:tcBorders>
            <w:vAlign w:val="center"/>
          </w:tcPr>
          <w:p w14:paraId="20014D19" w14:textId="77777777" w:rsidR="005E2407" w:rsidRDefault="00000000">
            <w:pPr>
              <w:tabs>
                <w:tab w:val="left" w:pos="0"/>
              </w:tabs>
              <w:spacing w:after="40"/>
            </w:pPr>
            <w:r>
              <w:t xml:space="preserve"> </w:t>
            </w:r>
          </w:p>
        </w:tc>
      </w:tr>
    </w:tbl>
    <w:p w14:paraId="5275D2B8" w14:textId="77777777" w:rsidR="00531359" w:rsidRDefault="00531359">
      <w:pPr>
        <w:jc w:val="center"/>
        <w:rPr>
          <w:b/>
          <w:sz w:val="22"/>
        </w:rPr>
      </w:pPr>
    </w:p>
    <w:p w14:paraId="6E8C5496" w14:textId="401A77E1" w:rsidR="005E2407" w:rsidRDefault="00000000">
      <w:pPr>
        <w:jc w:val="center"/>
      </w:pPr>
      <w:r>
        <w:rPr>
          <w:b/>
          <w:sz w:val="22"/>
        </w:rPr>
        <w:t>E R K L Ä R U N G</w:t>
      </w:r>
    </w:p>
    <w:p w14:paraId="189601B2" w14:textId="77777777" w:rsidR="005E2407" w:rsidRDefault="00000000">
      <w:pPr>
        <w:spacing w:after="100"/>
      </w:pPr>
      <w:r>
        <w:t>Mit der vorstehenden Regelung erkläre ich mich einverstanden.</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835"/>
        <w:gridCol w:w="7937"/>
      </w:tblGrid>
      <w:tr w:rsidR="005E2407" w14:paraId="36FF3714" w14:textId="77777777">
        <w:tc>
          <w:tcPr>
            <w:tcW w:w="2835" w:type="dxa"/>
            <w:vAlign w:val="center"/>
          </w:tcPr>
          <w:p w14:paraId="4DCBBF3D" w14:textId="674AB2CC" w:rsidR="005E2407" w:rsidRDefault="00000000">
            <w:r>
              <w:t xml:space="preserve">Ort, Datum / </w:t>
            </w:r>
            <w:proofErr w:type="spellStart"/>
            <w:r>
              <w:t>Unterschrift</w:t>
            </w:r>
            <w:proofErr w:type="spellEnd"/>
            <w:r w:rsidR="00B43A44">
              <w:t xml:space="preserve"> 1</w:t>
            </w:r>
            <w:r>
              <w:t xml:space="preserve"> Patient / </w:t>
            </w:r>
            <w:proofErr w:type="spellStart"/>
            <w:r>
              <w:t>Sorgeberechtigter</w:t>
            </w:r>
            <w:proofErr w:type="spellEnd"/>
            <w:r>
              <w:t xml:space="preserve"> </w:t>
            </w:r>
            <w:proofErr w:type="spellStart"/>
            <w:r>
              <w:t>bei</w:t>
            </w:r>
            <w:proofErr w:type="spellEnd"/>
            <w:r>
              <w:t xml:space="preserve"> Alter </w:t>
            </w:r>
            <w:proofErr w:type="spellStart"/>
            <w:r>
              <w:t>unter</w:t>
            </w:r>
            <w:proofErr w:type="spellEnd"/>
            <w:r>
              <w:t xml:space="preserve"> 14 Jahren</w:t>
            </w:r>
          </w:p>
        </w:tc>
        <w:tc>
          <w:tcPr>
            <w:tcW w:w="7937" w:type="dxa"/>
            <w:tcBorders>
              <w:bottom w:val="single" w:sz="6" w:space="0" w:color="auto"/>
            </w:tcBorders>
            <w:vAlign w:val="center"/>
          </w:tcPr>
          <w:p w14:paraId="1C745C22" w14:textId="77777777" w:rsidR="005E2407" w:rsidRDefault="00000000">
            <w:pPr>
              <w:tabs>
                <w:tab w:val="left" w:pos="0"/>
              </w:tabs>
              <w:spacing w:after="40"/>
            </w:pPr>
            <w:r>
              <w:t xml:space="preserve"> </w:t>
            </w:r>
          </w:p>
        </w:tc>
      </w:tr>
      <w:tr w:rsidR="005E2407" w14:paraId="1F87D0CA" w14:textId="77777777">
        <w:tc>
          <w:tcPr>
            <w:tcW w:w="2835" w:type="dxa"/>
            <w:vAlign w:val="center"/>
          </w:tcPr>
          <w:p w14:paraId="77F0D2FA" w14:textId="39D82550" w:rsidR="005E2407" w:rsidRDefault="00000000">
            <w:r>
              <w:t xml:space="preserve">Ort, Datum / Unterschrift 2. </w:t>
            </w:r>
            <w:proofErr w:type="spellStart"/>
            <w:r>
              <w:t>Sorgeberechtigter</w:t>
            </w:r>
            <w:proofErr w:type="spellEnd"/>
            <w:r>
              <w:t xml:space="preserve"> </w:t>
            </w:r>
            <w:proofErr w:type="spellStart"/>
            <w:r>
              <w:t>bei</w:t>
            </w:r>
            <w:proofErr w:type="spellEnd"/>
            <w:r>
              <w:t xml:space="preserve"> Alter </w:t>
            </w:r>
            <w:proofErr w:type="spellStart"/>
            <w:r>
              <w:t>unter</w:t>
            </w:r>
            <w:proofErr w:type="spellEnd"/>
            <w:r>
              <w:t xml:space="preserve"> 14 Jahren</w:t>
            </w:r>
          </w:p>
        </w:tc>
        <w:tc>
          <w:tcPr>
            <w:tcW w:w="7937" w:type="dxa"/>
            <w:tcBorders>
              <w:bottom w:val="single" w:sz="6" w:space="0" w:color="auto"/>
            </w:tcBorders>
            <w:vAlign w:val="center"/>
          </w:tcPr>
          <w:p w14:paraId="6CDAC36B" w14:textId="77777777" w:rsidR="005E2407" w:rsidRDefault="00000000">
            <w:pPr>
              <w:tabs>
                <w:tab w:val="left" w:pos="0"/>
              </w:tabs>
              <w:spacing w:after="40"/>
            </w:pPr>
            <w:r>
              <w:t xml:space="preserve"> </w:t>
            </w:r>
          </w:p>
        </w:tc>
      </w:tr>
    </w:tbl>
    <w:p w14:paraId="07BF34F8" w14:textId="77777777" w:rsidR="009358D0" w:rsidRDefault="009358D0">
      <w:pPr>
        <w:jc w:val="center"/>
        <w:rPr>
          <w:b/>
          <w:sz w:val="22"/>
        </w:rPr>
      </w:pPr>
    </w:p>
    <w:p w14:paraId="3861A508" w14:textId="5E874DC4" w:rsidR="005E2407" w:rsidRDefault="00000000">
      <w:pPr>
        <w:jc w:val="center"/>
      </w:pPr>
      <w:r>
        <w:rPr>
          <w:b/>
          <w:sz w:val="22"/>
        </w:rPr>
        <w:t>EU-DSGVO</w:t>
      </w:r>
    </w:p>
    <w:p w14:paraId="150500F8" w14:textId="77777777" w:rsidR="005E2407" w:rsidRPr="009358D0" w:rsidRDefault="00000000" w:rsidP="003D69BC">
      <w:pPr>
        <w:spacing w:after="100"/>
        <w:jc w:val="both"/>
        <w:rPr>
          <w:sz w:val="16"/>
          <w:szCs w:val="16"/>
        </w:rPr>
      </w:pPr>
      <w:r w:rsidRPr="009358D0">
        <w:rPr>
          <w:sz w:val="16"/>
          <w:szCs w:val="16"/>
        </w:rPr>
        <w:t>Sie haben das Recht, über die Sie betreffenden personenbezogenen Daten Auskunft zu erhalten. Auch können Sie die Berichtigung unrichtiger Daten verlangen. Darüber hinaus steht Ihnen unter bestimmten Voraussetzungen das Recht auf Löschung von Daten, das Recht auf Einschränkung der Datenverarbeitung sowie das Recht auf Datenübertragbarkeit zu. Die Verarbeitung Ihrer Daten erfolgt auf Basis von gesetzlichen Regelungen. Bei Daten, die wir auf Grundlage eines berechtigten Interesses nach Artikel 6 Abs. 1 f verarbeiten, steht Ihnen ein Widerspruchsrecht gegen die Verarbeitung zu. Nur in Ausnahmefällen benötigen wir Ihr Einverständnis. In diesen Fällen haben Sie das Recht, die Einwilligung für die zukünftige Verarbeitung zu widerrufen. Sie haben ferner das Recht, sich bei der zuständigen Aufsichtsbehörde für den Datenschutz zu beschweren, wenn Sie der Ansicht sind, dass die Verarbeitung Ihrer personenbezogenen Daten nicht rechtmäßig erfolgt.</w:t>
      </w:r>
    </w:p>
    <w:p w14:paraId="7C02F47F" w14:textId="77777777" w:rsidR="005E2407" w:rsidRDefault="00000000">
      <w:pPr>
        <w:jc w:val="center"/>
      </w:pPr>
      <w:r>
        <w:rPr>
          <w:b/>
          <w:sz w:val="22"/>
        </w:rPr>
        <w:t>T E R M I N V E R E I N B A R U N G E N</w:t>
      </w:r>
    </w:p>
    <w:p w14:paraId="186A9424" w14:textId="77777777" w:rsidR="005E2407" w:rsidRDefault="00000000">
      <w:pPr>
        <w:spacing w:after="100"/>
      </w:pPr>
      <w:r>
        <w:t>Falls ein vereinbarter Termin nicht eingehalten werden kann, bitte ich um möglichst frühzeitige, schriftliche Absage, spätestens jedoch 48 Stunden zuvor. Bei nicht rechtzeitiger Absage eines vereinbarten Termins berechne ich ein Bereitstellungshonorar in Höhe von € 50,-. Diese Regelung ist unabhängig vom Grund der Verhinderung.</w:t>
      </w:r>
    </w:p>
    <w:p w14:paraId="67E37D7F" w14:textId="77777777" w:rsidR="005E2407" w:rsidRDefault="00000000">
      <w:pPr>
        <w:spacing w:after="100"/>
      </w:pPr>
      <w:r>
        <w:t xml:space="preserve">Die </w:t>
      </w:r>
      <w:proofErr w:type="spellStart"/>
      <w:r>
        <w:t>Beratungen</w:t>
      </w:r>
      <w:proofErr w:type="spellEnd"/>
      <w:r>
        <w:t xml:space="preserve"> </w:t>
      </w:r>
      <w:proofErr w:type="spellStart"/>
      <w:r>
        <w:t>werden</w:t>
      </w:r>
      <w:proofErr w:type="spellEnd"/>
      <w:r>
        <w:t xml:space="preserve"> </w:t>
      </w:r>
      <w:proofErr w:type="spellStart"/>
      <w:r>
        <w:t>über</w:t>
      </w:r>
      <w:proofErr w:type="spellEnd"/>
      <w:r>
        <w:t xml:space="preserve"> die Krankenkasse abgerechnet. Wir bitten Sie deshalb, Ihre Versichertenkarte mitzubringen.</w:t>
      </w:r>
    </w:p>
    <w:p w14:paraId="1D525FCF" w14:textId="77777777" w:rsidR="005E2407" w:rsidRDefault="00000000">
      <w:pPr>
        <w:spacing w:after="100"/>
      </w:pPr>
      <w:r>
        <w:t>Hat bei Ihrem Kind bereits einmal eine psychotherapeutische Behandlung stattgefunden?</w:t>
      </w:r>
    </w:p>
    <w:p w14:paraId="7C324689" w14:textId="77777777" w:rsidR="005E2407" w:rsidRDefault="00000000">
      <w:pPr>
        <w:spacing w:after="100"/>
      </w:pPr>
      <w:r>
        <w:t>☐ Ja        ☐ Nein</w:t>
      </w:r>
    </w:p>
    <w:p w14:paraId="2FC8FAC5" w14:textId="1CBF79A8" w:rsidR="005E2407" w:rsidRDefault="00000000">
      <w:pPr>
        <w:spacing w:after="100"/>
      </w:pPr>
      <w:r>
        <w:t>Bitte</w:t>
      </w:r>
      <w:r w:rsidR="00C90FAF">
        <w:t xml:space="preserve"> </w:t>
      </w:r>
      <w:proofErr w:type="spellStart"/>
      <w:r w:rsidR="00C90FAF">
        <w:t>ggf</w:t>
      </w:r>
      <w:proofErr w:type="spellEnd"/>
      <w:r w:rsidR="00C90FAF">
        <w:t>.</w:t>
      </w:r>
      <w:r>
        <w:t xml:space="preserve"> </w:t>
      </w:r>
      <w:proofErr w:type="spellStart"/>
      <w:r>
        <w:t>Voruntersuchungsbefunde</w:t>
      </w:r>
      <w:proofErr w:type="spellEnd"/>
      <w:r>
        <w:t xml:space="preserve"> </w:t>
      </w:r>
      <w:proofErr w:type="spellStart"/>
      <w:r>
        <w:t>mitbringen</w:t>
      </w:r>
      <w:proofErr w:type="spellEnd"/>
      <w:r>
        <w:t>.</w:t>
      </w:r>
    </w:p>
    <w:p w14:paraId="65555C1C" w14:textId="77777777" w:rsidR="00531359" w:rsidRDefault="00531359">
      <w:pPr>
        <w:spacing w:after="100"/>
      </w:pPr>
    </w:p>
    <w:p w14:paraId="33D4DBC9" w14:textId="77777777" w:rsidR="00531359" w:rsidRDefault="00531359">
      <w:pPr>
        <w:spacing w:after="100"/>
      </w:pPr>
    </w:p>
    <w:p w14:paraId="1515CF5E" w14:textId="77777777" w:rsidR="00531359" w:rsidRDefault="00531359">
      <w:pPr>
        <w:spacing w:after="100"/>
      </w:pPr>
    </w:p>
    <w:p w14:paraId="07F2E8EE" w14:textId="40F6AB05" w:rsidR="00531359" w:rsidRPr="00531359" w:rsidRDefault="00531359" w:rsidP="00531359">
      <w:pPr>
        <w:pBdr>
          <w:top w:val="single" w:sz="4" w:space="1" w:color="auto"/>
          <w:bottom w:val="single" w:sz="4" w:space="1" w:color="auto"/>
        </w:pBdr>
        <w:spacing w:after="100"/>
        <w:rPr>
          <w:b/>
          <w:bCs/>
        </w:rPr>
      </w:pPr>
      <w:r w:rsidRPr="00531359">
        <w:rPr>
          <w:b/>
          <w:bCs/>
        </w:rPr>
        <w:t xml:space="preserve">Bei Selbst- </w:t>
      </w:r>
      <w:proofErr w:type="spellStart"/>
      <w:r w:rsidRPr="00531359">
        <w:rPr>
          <w:b/>
          <w:bCs/>
        </w:rPr>
        <w:t>oder</w:t>
      </w:r>
      <w:proofErr w:type="spellEnd"/>
      <w:r w:rsidRPr="00531359">
        <w:rPr>
          <w:b/>
          <w:bCs/>
        </w:rPr>
        <w:t xml:space="preserve"> </w:t>
      </w:r>
      <w:proofErr w:type="spellStart"/>
      <w:r w:rsidRPr="00531359">
        <w:rPr>
          <w:b/>
          <w:bCs/>
        </w:rPr>
        <w:t>Fremdgefährdung</w:t>
      </w:r>
      <w:proofErr w:type="spellEnd"/>
      <w:r w:rsidRPr="00531359">
        <w:rPr>
          <w:b/>
          <w:bCs/>
        </w:rPr>
        <w:t xml:space="preserve"> bitte </w:t>
      </w:r>
      <w:proofErr w:type="gramStart"/>
      <w:r w:rsidRPr="00531359">
        <w:rPr>
          <w:b/>
          <w:bCs/>
        </w:rPr>
        <w:t>an</w:t>
      </w:r>
      <w:proofErr w:type="gramEnd"/>
      <w:r w:rsidRPr="00531359">
        <w:rPr>
          <w:b/>
          <w:bCs/>
        </w:rPr>
        <w:t xml:space="preserve"> den </w:t>
      </w:r>
      <w:proofErr w:type="spellStart"/>
      <w:r w:rsidRPr="00531359">
        <w:rPr>
          <w:b/>
          <w:bCs/>
        </w:rPr>
        <w:t>psychiatrischen</w:t>
      </w:r>
      <w:proofErr w:type="spellEnd"/>
      <w:r w:rsidRPr="00531359">
        <w:rPr>
          <w:b/>
          <w:bCs/>
        </w:rPr>
        <w:t xml:space="preserve"> </w:t>
      </w:r>
      <w:proofErr w:type="spellStart"/>
      <w:r w:rsidRPr="00531359">
        <w:rPr>
          <w:b/>
          <w:bCs/>
        </w:rPr>
        <w:t>Krisendienst</w:t>
      </w:r>
      <w:proofErr w:type="spellEnd"/>
      <w:r w:rsidRPr="00531359">
        <w:rPr>
          <w:b/>
          <w:bCs/>
        </w:rPr>
        <w:t xml:space="preserve"> </w:t>
      </w:r>
      <w:proofErr w:type="spellStart"/>
      <w:r w:rsidRPr="00531359">
        <w:rPr>
          <w:b/>
          <w:bCs/>
        </w:rPr>
        <w:t>unter</w:t>
      </w:r>
      <w:proofErr w:type="spellEnd"/>
      <w:r w:rsidRPr="00531359">
        <w:rPr>
          <w:b/>
          <w:bCs/>
        </w:rPr>
        <w:t xml:space="preserve"> Tel. 0800/655 3000 </w:t>
      </w:r>
      <w:proofErr w:type="spellStart"/>
      <w:r w:rsidRPr="00531359">
        <w:rPr>
          <w:b/>
          <w:bCs/>
        </w:rPr>
        <w:t>wenden</w:t>
      </w:r>
      <w:proofErr w:type="spellEnd"/>
      <w:r w:rsidRPr="00531359">
        <w:rPr>
          <w:b/>
          <w:bCs/>
        </w:rPr>
        <w:t>!</w:t>
      </w:r>
    </w:p>
    <w:p w14:paraId="52773D8B" w14:textId="77777777" w:rsidR="00531359" w:rsidRDefault="00531359" w:rsidP="00531359">
      <w:pPr>
        <w:pBdr>
          <w:top w:val="single" w:sz="4" w:space="1" w:color="auto"/>
          <w:bottom w:val="single" w:sz="4" w:space="1" w:color="auto"/>
        </w:pBdr>
        <w:spacing w:after="100"/>
      </w:pPr>
    </w:p>
    <w:sectPr w:rsidR="00531359"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55990659">
    <w:abstractNumId w:val="8"/>
  </w:num>
  <w:num w:numId="2" w16cid:durableId="2047563897">
    <w:abstractNumId w:val="6"/>
  </w:num>
  <w:num w:numId="3" w16cid:durableId="278220270">
    <w:abstractNumId w:val="5"/>
  </w:num>
  <w:num w:numId="4" w16cid:durableId="1484153695">
    <w:abstractNumId w:val="4"/>
  </w:num>
  <w:num w:numId="5" w16cid:durableId="728067958">
    <w:abstractNumId w:val="7"/>
  </w:num>
  <w:num w:numId="6" w16cid:durableId="1744913304">
    <w:abstractNumId w:val="3"/>
  </w:num>
  <w:num w:numId="7" w16cid:durableId="2133744403">
    <w:abstractNumId w:val="2"/>
  </w:num>
  <w:num w:numId="8" w16cid:durableId="1252205146">
    <w:abstractNumId w:val="1"/>
  </w:num>
  <w:num w:numId="9" w16cid:durableId="1044524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2260"/>
    <w:rsid w:val="0012481E"/>
    <w:rsid w:val="0015074B"/>
    <w:rsid w:val="0024795A"/>
    <w:rsid w:val="0029639D"/>
    <w:rsid w:val="00326F90"/>
    <w:rsid w:val="00360CB2"/>
    <w:rsid w:val="003D69BC"/>
    <w:rsid w:val="00531359"/>
    <w:rsid w:val="005E2407"/>
    <w:rsid w:val="00731C63"/>
    <w:rsid w:val="009358D0"/>
    <w:rsid w:val="00AA1D8D"/>
    <w:rsid w:val="00B43A44"/>
    <w:rsid w:val="00B47730"/>
    <w:rsid w:val="00C84260"/>
    <w:rsid w:val="00C90FAF"/>
    <w:rsid w:val="00CB0664"/>
    <w:rsid w:val="00EE7559"/>
    <w:rsid w:val="00F219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40AA5A"/>
  <w14:defaultImageDpi w14:val="300"/>
  <w15:docId w15:val="{7B1211E7-176C-4B1B-BE13-A2C54EA6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Ilg</cp:lastModifiedBy>
  <cp:revision>13</cp:revision>
  <dcterms:created xsi:type="dcterms:W3CDTF">2026-10-08T08:20:00Z</dcterms:created>
  <dcterms:modified xsi:type="dcterms:W3CDTF">2026-10-08T08:29:00Z</dcterms:modified>
  <cp:category/>
</cp:coreProperties>
</file>